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שורש ומהי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מציאת שורש בשלבים (הורדת תוספות ובדיקה במשפחה)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מקרים שבהם מ/ת/ה הן חלק מהשורש ולא תוספת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האותיות המשותפות לכל מילות המשפחה ששומרות על המשמעות הבסיסית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קשורה לריקוד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המשמעות שלהן שונה לכן הן לא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בדיקה במשפחה עוזרת לוודא שהשורש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לשורש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(ר-ק-ד)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(ש-ח-ק)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(ל-מ-ד)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מציאת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ומבינים מה משמעותה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מורידים תוספות מתחילת המילה ומסופה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האותיות שנשארו מתאימות לשורש מוכר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 הוא האותיות המשותפות, ומשפחת מילים היא כל המילים שבנויות מאותו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ש-ח-ה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שיר, שירה, משורר או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כתף - כי המשמעות שונה משאר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שלוש המילים רוקדת, ריקוד, רקדן על הלוח ולשאול מה משותף 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מלכודת המ/ת/ה בשורש באמצעות דוגמת משך או תמך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המתקדמים אפשר להוסיף את המשימה של ניחוש משמעות מילה חדשה לפי השורש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יש מילים שחולקות אותן אותיות שורש ומשמעות דומה - הן נקראות משפחת מילים. בדף הזה נתרגל איך מוצאים את השורש של מילה ואיך בודקים שהוא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שירה  ·  כ-ת-ב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שורש של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האותיות המשותפות לכל מילות המשפחה ששומרות על המשמעות הבסיסית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האותיות במילה כולל תוספות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האות הראשונה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המשותפת של רוקדת, ריקוד, רקדן?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קשורה לשיר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קשורה לריקוד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קשורה לכתיבה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כתף וכתב שייכות לאותה משפחת שורש כי הן נשמעות דומה.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למצוא שורש גם על ידי חיפוש מילים נוספות מאותה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המשותף למילים כותב, מכתב, כתיבה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מילה נוספת מהשורש ש-י-ר (מלבד שיר)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רוקדת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ר-ק-ד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ש-ח-ק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מציאת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מורידים תוספות מתחילת המילה ומסופה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האותיות שנשארו מתאימות לשורש מוכר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המילה ומבינים מה משמעותה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שורש לבין משפחת מילים? הסבירו במשפט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השורש של המילה השחיינים?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3 מילים מהשורש ש-י-ר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