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מציאת שורש בשלבים (הורדת תוספות ובדיקה במשפחה)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מקרים שבהם מ/ת/ה הן חלק מהשורש ולא תוספת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האותיות המשותפות לכל מילות המשפחה ששומרות על המשמעות הבסיסית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(לפעמים 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קשורה לריקוד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להוריד תוספות מתחילת וסוף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מילים שנשמעות דומה לא תמיד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לפעמים אם קריאה שאינה חלק מהשורש, למשל במילה גדול השורש הוא ג-ד-ל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הוא מ-ש-ך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המשמעות שלהן שונה לכן הן לא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בדיקה במשפחה עוזרת לוודא שהשורש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ש-ח-ה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תוספות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(ר-ק-ד)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(ר-ח-ב)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מציאת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ומבינים מה 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תוספות מתחילת המילה ומסופה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האותיות שנשארו מתאימות לשורש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מוודאים במילים נוספות מאותה משפחה שהמשמעות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האותיות המשותפות, ומשפחת מילים היא כל המילים שבנויות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המשמעות שלהן שונה לגמרי, אין קשר בין כתף (איבר בגוף) לבין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ש-ח-ה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שיר, שירה, משורר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כתף - כי המשמעות שונה משאר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שלוש המילים רוקדת, ריקוד, רקדן על הלוח ולשאול מה משותף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מלכודת המ/ת/ה בשורש באמצעות דוגמת משך או תמך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המתקדמים אפשר להוסיף את המשימה של ניחוש משמעות מילה חדשה לפי השורש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מילים שחולקות אותן אותיות שורש ומשמעות דומה - הן נקראות משפחת מילים. בדף הזה נתרגל איך מוצאים את השורש של מילה ואיך בודקים שהוא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שורש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האותיות המשותפות לכל מילות המשפחה ששומרות על המשמעות הבסיסית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האותיות במילה כולל תוספות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יש לרוב לשורש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(לפעמים 4)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המשותפת של רוקדת, ריקוד, רקדן?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קשורה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קשורה לריקוד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קשורה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קשורה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השלב הראשון במציאת שורש של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במילון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להוריד תוספות מתחילת וסוף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שייכת למשפחת השורש כ-ת-ב?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חשוב לבדוק את השורש גם לפי משמעות ולא רק לפי צליל?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שהמילה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מילים שנשמעות דומה לא תמיד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 משמעות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אות ו' או י' במילה היא תמיד חלק מהשורש.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משך האות מ' היא חלק מהשורש ולא תוספת.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כתף וכתב שייכות לאותה משפחת שורש כי הן נשמעות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שורש גם על ידי חיפוש מילים נוספות מאותה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כותב, מכתב, כתיבה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הַשַּׂחְיָנִים השורש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נוספת מהשורש ש-י-ר (מלבד שיר)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תמך האות ת' היא חלק מה__________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שקובעים מהו השורש, צריך להוריד מהמילה 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ר-ח-ב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ר-ק-ד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הרחבה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ש-ח-ק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מציאת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האותיות שנשארו מתאימות לשורש מוכר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במילים נוספות מאותה משפחה שהמשמעות דומה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ומבינים מה משמעותה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מורידים תוספות מתחילת המילה ומסופה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שורש לבין משפחת מילים? הסבירו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כתף וכתיבה אינן מאותה משפחה למרות שהן נשמעות דומה?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השחיינים?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3 מילים מהשורש ש-י-ר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לא מהמשפחה: מכתב, כתיבה, כתף, כתב -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